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СОГЛАСИЕ НА ОБРАБОТКУ ПЕРСОНАЛЬНЫХ ДАННЫХ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4752"/>
      </w:tblGrid>
      <w:tr>
        <w:tc>
          <w:tcPr>
            <w:tcW w:type="dxa" w:w="4982"/>
          </w:tcPr>
          <w:p>
            <w:pPr>
              <w:jc w:val="left"/>
            </w:pPr>
            <w:r>
              <w:rPr>
                <w:sz w:val="20"/>
              </w:rPr>
              <w:t>г. Владивосток</w:t>
            </w:r>
          </w:p>
        </w:tc>
        <w:tc>
          <w:tcPr>
            <w:tcW w:type="dxa" w:w="4982"/>
          </w:tcPr>
          <w:p>
            <w:pPr>
              <w:jc w:val="right"/>
            </w:pPr>
            <w:r>
              <w:rPr>
                <w:sz w:val="20"/>
              </w:rPr>
              <w:t>«15» октября 2026 г.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</w:rPr>
        <w:t>1. СОГЛАСИЕ НА ОБРАБОТКУ</w:t>
      </w:r>
    </w:p>
    <w:p>
      <w:pPr>
        <w:ind w:firstLine="706"/>
        <w:jc w:val="both"/>
      </w:pPr>
      <w:r>
        <w:t>1.1. В соответствии с Федеральным законом от 27.07.2006 № 152-ФЗ «О персональных данных» Пользователь Сайта https://alphard-transfer-service.ru/, оформляя бронирование поездки через сайт, мессенджеры (WhatsApp, Telegram, MAX) или по телефону, свободно, своей волей и в своем интересе выражает согласие Индивидуальному предпринимателю Лазареву Вячеславу Андреевичу (ОГРНИП 326253600113060, ИНН 253611959202) на обработку своих персональных данных.</w:t>
      </w:r>
    </w:p>
    <w:p>
      <w:pPr>
        <w:ind w:firstLine="706"/>
        <w:jc w:val="both"/>
      </w:pPr>
      <w:r>
        <w:t>1.2. Согласие дается на обработку следующих персональных данных: фамилия, имя, отчество; номер телефона; адрес отправления и назначения; дата и время поездки; адрес электронной почты; технические данные файлов cookie.</w:t>
      </w:r>
    </w:p>
    <w:p>
      <w:pPr>
        <w:spacing w:before="160" w:after="60"/>
      </w:pPr>
      <w:r>
        <w:rPr>
          <w:b/>
        </w:rPr>
        <w:t>2. СПОСОБЫ И СРОКИ ОБРАБОТКИ</w:t>
      </w:r>
    </w:p>
    <w:p>
      <w:pPr>
        <w:ind w:firstLine="706"/>
        <w:jc w:val="both"/>
      </w:pPr>
      <w:r>
        <w:t>2.1. Настоящее согласие предоставляется на осуществление любых действий в отношении персональных данных, которые необходимы для достижения указанных целей, включая сбор, запись, систематизацию, накопление, хранение, уточнение, использование, передачу водителю для выполнения рейса, обезличивание, блокирование и уничтожение.</w:t>
      </w:r>
    </w:p>
    <w:p>
      <w:pPr>
        <w:ind w:firstLine="706"/>
        <w:jc w:val="both"/>
      </w:pPr>
      <w:r>
        <w:t>2.2. Согласие действует бессрочно с момента его предоставления и может быть отозвано Пользователем в любой момент путем направления письменного заявления на электронную почту: vlazarevph@gmail.com.</w:t>
      </w:r>
    </w:p>
    <w:p>
      <w:pPr>
        <w:spacing w:before="160" w:after="60"/>
      </w:pPr>
      <w:r>
        <w:rPr>
          <w:b/>
        </w:rPr>
        <w:t>РЕКВИЗИТЫ ОПЕРАТОРА</w:t>
      </w:r>
    </w:p>
    <w:p>
      <w:pPr>
        <w:ind w:firstLine="706"/>
      </w:pPr>
      <w:r>
        <w:t>Индивидуальный предприниматель Лазарев Вячеслав Андреевич</w:t>
        <w:br/>
        <w:t>ОГРНИП: 326253600113060, ИНН: 253611959202</w:t>
        <w:br/>
        <w:t>Местонахождение: Россия, Приморский край, г. Владивосток</w:t>
        <w:br/>
        <w:t>Сайт: https://alphard-transfer-service.ru/</w:t>
        <w:br/>
        <w:t>Тел.: +7 (914) 712-19-44, E-mail: vlazarevph@gmail.com</w:t>
      </w:r>
    </w:p>
    <w:sectPr w:rsidR="00FC693F" w:rsidRPr="0006063C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